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של קלפי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בעקבות שאלות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וחשיבה על קשרים, שפה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הצירים והכרטיסים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מבט אישי והערכה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אדם רגיל שעוזר לנו להרגיש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שפה, מטפורות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יצירה, חזון ושינוי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בקלפים הוא תמיד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ארבעה צירים שונים, לא רק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הכרטיס מהציר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קיימת אפשרות של שליפה אקראית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המערכת מותאמת לכמה גילים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ציר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(כתיבה על אנשים חשובים ועל מה שהם נתנו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(מחשבה על חוויות וקשרים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(עיסוק בדימויים ובמשמעות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(כתיבה על רעיונות חדשים ועל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(דוגמה לכרטיס מהציר האישי)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בהפעלת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או בוחרים כרטיס מתוך 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שמופיעה 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רגע לפני שמתחילים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תשובה אישית לשאלת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לשתף את הכתיבה עם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אדם קונקרטי, הסבר רגשי, דוגמה למצב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לעתיד, לרעיון חדש או לשינוי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ציר השפה עוסק בדימויים ובמשמעות מילים, ציר היצירה עוסק ברעיונות ובעתיד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שהכתיבה אישית ואין חובה לחשוף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הקשורה לתוכן אחד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הדף בקבוצות קטנות ולתת לכל קבוצה ציר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לתלמידים שהשיתוף תמיד וולונטרי ולשמור על אווירה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האישית לשיעור שלם עם שיתוף רשות 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זה יש קלפי כתיבה והבעה בעקבות שיר, שמחולקים לארבעה צירים: מבט אישי, בית הספר, שפה ומטפורות, ויצירה וחזון. כל כרטיס מזמין אתכם לכתוב תשובה אישית, והשיתוף תמיד לפי בחירתכם.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הצירים והכרטיסים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אחד מארבעת הצירים של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 אישי והערכה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ומספרים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 ותחרויות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ואפייה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כרטיסי כתיבה יש בסך הכל במערכת?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מבקש הכרטיס מלאך בשר ודם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אדם רגיל שעוזר לנו להרגיש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גיבור על עם כוחות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דמות מתוך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כלי נגינה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 עוסק בדימויים ובמשמעות של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שפה, מטפורות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יצירה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 עוסק בחשיבה על רעיונות חדשים ועתיד?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יצירה, חזון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ומטפורות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אם לשתף את מה שכתבנו עם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עשרים הכרטיסים עוסקים רק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מלאך בשר ודם מבקש לכתוב על מבוגר משמעותי בחיינו.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לשלוף כרטיס באופן אקראי.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כרטיסים המתאימים גם לחטיבת ביניים וגם לתיכון.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ציר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לכרטיס מהציר האישי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על רעיונות חדשים ועל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על חוויות וקשרים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עיסוק בדימויים ובמשמעות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מלאך בשר 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 על אנשים חשובים ועל מה שהם נתנו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במערכת הקלפים יש __________ משימות כתיבה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הכרטיס מלאך בשר ודם שייך לציר מבט אישי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לגלות את תוכן הכרטיס צריך __________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השיתוף של הכתיבה עם אחרים הוא תמיד עניין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בהפעלת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רגע לפני שמתחילים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לשתף את הכתיבה עם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שמופיעה 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או בוחרים כרטיס מתוך ארבעת הצירים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אישית לשאלת הכרטיס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מבוגר או מבוגרת שהיו משמעותיים בחייכם, כמו בכרטיס מלאך בשר ודם. כתבו מה הפך את הקשר הזה למיוחד.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כרטיס חדש משלכם לציר יצירה, חזון ושינוי. כתבו את השאלה שהכרטיס ישאל את הכותב או הכותבת.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בקצרה מה ההבדל בין ציר שפה ומטפורות לבין ציר יצירה וחזון.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הצירים של 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השיתוף בכתיבה הוא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מתוך ציר אחד מהצירים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