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הצירים של קלפי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בעקבות שאלות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הבעה וחשיבה על קשרים, שפה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הצירים והכרטיסים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מבט אישי והערכה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אדם רגיל שעוזר לנו להרגיש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שפה, מטפורות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יצירה, חזון ושינוי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השיתוף בקלפים הוא תמיד לפי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ארבעה צירים שונים, לא רק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הכרטיס מהציר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קיימת אפשרות של שליפה אקראית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המערכת מותאמת לכמה גילים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ציר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(כתיבה על אנשים חשובים ועל מה שהם נתנו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(מחשבה על חוויות וקשרים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(עיסוק בדימויים ובמשמעות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על רעיונות חדשים ועל העתיד)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(דוגמה לכרטיס מהציר האישי)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בהפעלת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או בוחרים כרטיס מתוך ארבעת הצירים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שמופיעה 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רגע לפני שמתחילים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תשובה אישית לשאלת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לשתף את הכתיבה עם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אדם קונקרטי, הסבר רגשי, דוגמה למצב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לעתיד, לרעיון חדש או לשינוי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ציר השפה עוסק בדימויים ובמשמעות מילים, ציר היצירה עוסק ברעיונות ובעתיד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צירים 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שהכתיבה אישית ואין חובה לחשוף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הקשורה לתוכן אחד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הדף בקבוצות קטנות ולתת לכל קבוצה ציר אחר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לתלמידים שהשיתוף תמיד וולונטרי ולשמור על אווירה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משימת הכתיבה האישית לשיעור שלם עם שיתוף רשות בסוף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כרטיסים לכתיבה. בכל כרטיס יש שאלה. אתם כותבים תשובה משלכם. אתם מחליטים אם לשתף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ראשי שסביבו מאורגנים כמה כרטיסים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אנושית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בטוב שאנשים אחרים נותנים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שבו מילה מתארת דבר אחר כדי להעביר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רעיון על איך דברים יכולים להיות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להראות או להקריא את מה שכתבנו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שליפה אקראית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כרטיס במקרה, בלי לבחור בכוונה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הפקת רעיון או עבודה חדשה משלנו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הצירים והכרטיסים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אחד הנושאים בקלפים?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 אישי והערכה 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מתמטיקה ומספרים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 ותחרויות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ואפייה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כרטיסים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הכרטיס הזה מבקש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אדם רגיל שעוזר לנו להרגיש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גיבור על עם כוחות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דמות מתוך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כלי נגינה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ציר עוסק במילים ובדימויים?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שפה, מטפורות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יצירה וחזון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 עוסק בעתיד וברעיונות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יצירה, חזון ושינוי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ומטפורות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אם לשתף את מה שכתבנו עם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עשרים הכרטיסים עוסקים רק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 מלאך בשר ודם מבקש לכתוב על מבוגר משמעותי בחיינו.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אפשרות לשלוף כרטיס באופן אקראי.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כרטיסים המתאימים גם לחטיבת ביניים וגם לתיכון.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ציר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מחשבה על חוויות וקשרים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דוגמה לכרטיס מהציר האישי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 על רעיונות חדשים ועל העתיד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כתיבה על אנשים חשובים ועל מה שהם נתנו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מלאך בשר 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עיסוק בדימויים ובמשמעות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במערכת הקלפים יש __________ משימות כתיבה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הכרטיס מלאך בשר ודם שייך לציר מבט אישי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לגלות את תוכן הכרטיס צריך __________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השיתוף של הכתיבה עם אחרים הוא תמיד עניין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בהפעלת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רגע לפני שמתחילים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לשתף את הכתיבה עם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אישית לשאלת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או בוחרים כרטיס מתוך ארבעת הצירים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שמופיעה על הכרטיס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מבוגר או מבוגרת שהיו משמעותיים בחייכם, כמו בכרטיס מלאך בשר ודם. כתבו מה הפך את הקשר הזה למיוחד.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כרטיס חדש משלכם לציר יצירה, חזון ושינוי. כתבו את השאלה שהכרטיס ישאל את הכותב או הכותבת.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בקצרה מה ההבדל בין ציר שפה ומטפורות לבין ציר יצירה וחזון.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הצירים של קלפי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השיתוף בכתיבה הוא תמיד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מתוך ציר אחד מהצירים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כתיבה והבעה בעקבות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